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 - שם עצם, שם תואר ופועל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שם עצם, שם תואר ופועל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שם תואר לשם עצם במין ובמספר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שהתפקיד של מילה נקבע לפי המשפט ולא לפי צורתה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חלקי 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שם תואר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כלל ההתאמה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התפקיד נקבע לפי המשפט ולא לפי האות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למשל המילה 'שומר' או 'אוכל'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בעברית שם התואר בא בדרך כלל אחרי שם העצם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שם תואר לשם העצם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(חכמה)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(חכמים)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(גדול)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(גדולים)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(קטנה)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התרגול הכיתתי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מיון כרטיסי מילים לשלושה סלים לפי חלק 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צביעת חלקי דיבר במשפטים מודפסים בשלושה צבעים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הרחבת משפט בתוספת שני שמות תואר 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דיון במילים בעלות שני תפקידים כמו אוכל ושומר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ותיקון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הרטיב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הכוסות השבורות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 כולל שלושה חלקי דיבר עם התאמה נכונה במין ובמספר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הנכונה: הרטיב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הנכונה: הכוסות השבורות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התרגול הכתוב כדאי לבצע את פעילות מיון הכרטיסים בקבוצות קטנות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לב לתלמידים שמזהים שם תואר מיודע כשם עצם, ולתרגל איתם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המותאמת אפשר להסתפק בשני סלים בלבד - דבר ועושים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 - שם עצם, שם תואר ופועל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בעברית יש שלושה חלקי דיבר עיקריים: שם עצם (מי/מה), שם תואר (איך) ופועל (מה קורה). באותו משפט אפשר לבדוק כל מילה בעזרת שאלת בוחן, ולזכור ששם תואר חייב להתאים לשם העצם שהוא מתאר.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חלקי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לאיזה חלק דיבר שייכת המילה 'שולחן'?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לאיזה חלק דיבר שייכת המילה 'רץ' במשפט 'הילד רץ בחצר'?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לאיזה חלק דיבר שייכת המילה 'גדול'?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לאיזה חלק דיבר שייכת המילה 'כתבה' במשפט 'הילדה כתבה מכתב'?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לאיזה חלק דיבר שייכת המילה 'יפה'?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יחס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חייב להתאים לשם העצם במין ובמספר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מילה שמתחילה באות מ היא שם 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אותה מילה יכולה לשמש פעם כשם עצם ופעם כפועל, בהתאם למשפט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בעברית שם תואר תמיד בא לפני שם העצם שהוא מתאר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'ילד' היא שם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'אדום' היא שם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המילה 'קפץ'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שם תואר צריך להתאים לשם העצם במין וב__________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המילה 'שומר' יכולה לשמש גם כשם עצם וגם כ__________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שם תואר לשם העצם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ילדה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גדולים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ילדים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חכמה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שולחן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חכמים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כיסאות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קטנה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חתולה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גדול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התרגול הכיתתי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צביעת חלקי דיבר במשפטים מודפסים בשלושה צבעים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הרחבת משפט בתוספת שני שמות תואר מתאימים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דיון במילים בעלות שני תפקידים כמו אוכל ושומר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מיון כרטיסי מילים לשלושה סלים לפי חלק דיבר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ותיקון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הפועל במשפט: הגשם הרטיב את הכביסה?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תקנו את הטעות: הכוסות השבורים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עצם, שם תואר מתאים ופועל - ובנו מהם משפט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הפועל במשפט: הגשם הרטיב את הכביסה?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תקנו: הכוסות השבורים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חלקי דיבר - שם עצם, שם תואר ופועל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