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 ופועל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 לשם עצם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שהתפקיד של מילה נקבע לפי המשפט ולא לפי צורתה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כלל ההתאמה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התפקיד נקבע לפי המשפט ולא לפי האות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המילה 'שומר' או 'אוכל'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בעברית שם התואר בא בדרך כלל אחרי שם העצם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תואר לשם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(חכמים)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(גדולים)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(קטנה)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התרגול הכיתתי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מיון כרטיסי מילים לשלושה סלים לפי חלק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צביעת חלקי דיבר במשפטים מודפסים בשלושה צבעים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הרחבת משפט בתוספת שני שמות תואר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דיון במילים בעלות שני תפקידים כמו אוכל ושומר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ותיקון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הרטיב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הכוסות השבורות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שלושה חלקי דיבר עם התאמה נכונה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הרטיב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הכוסות השבורות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הכתוב כדאי לבצע את פעילות מיון הכרטיסים בקבוצות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לתלמידים שמזהים שם תואר מיודע כשם עצם, ולתרגל איתם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להסתפק בשני סלים בלבד - דבר ועושים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שלוש קבוצות מילים: שם עצם זה דבר, שם תואר זה איך הדבר נראה, פועל זה מה קורה. נלמד לזהות כל מילה ולבדוק אם היא מתאימה למילה שלידה.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דבר, אדם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שם העצם נראה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מה קורה או מה עושים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זכר או נקבה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 או רבים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חייב להיות באותו מין ומספר כמו שם העצם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שאלת בוחן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שעוזרת לזהות את חלק הדיבר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בעלת שני תפקידים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שיכולה להיות גם שם עצם וגם פועל, לפי המשפט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'שולחן'?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'רץ' עושה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לאיזה חלק דיבר שייכת המילה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לאיזה חלק דיבר שייכת המילה 'כתבה' במשפט 'הילדה כתבה מכתב'?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לאיזה חלק דיבר שייכת המילה 'יפה'?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חייב להתאים לשם העצם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מילה שמתחילה באות מ היא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אותה מילה יכולה לשמש פעם כשם עצם ופעם כפועל, בהתאם למשפט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שם תואר תמיד בא לפני 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'ילד' היא 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'אדום' היא 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'קפץ'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תואר צריך להתאים לשם העצם במין וב__________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'שומר' יכולה לשמש גם כשם עצם וגם כ__________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תואר לשם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גדולים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חכמים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כיסאות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קטנה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חתולה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חכמה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התרגול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צביעת חלקי דיבר במשפטים מודפסים בשלושה צבעים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מיון כרטיסי מילים לשלושה סלים לפי חלק דיבר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דיון במילים בעלות שני תפקידים כמו אוכל ושומר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הרחבת משפט בתוספת שני שמות תואר מתאימים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הפועל במשפט: הגשם הרטיב את הכביסה?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תקנו את הטעות: הכוסות השבורים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עצם, שם תואר מתאים ופועל - ובנו מהם 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הפועל במשפט: הגשם הרטיב את הכביסה?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תקנו: הכוסות השבורים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-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